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משפחתית וראיון עם בן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שורש משפחתי ומורשת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בבניית שאלות לראיון עם מבוגר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לסיפור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מנהגים וסיפורים שעוברים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שמאחוריו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משפחה שונה ומיוחדת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לראיין כל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(מנהגים וסיפורים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(שיחה עם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(ציור של בני המשפחה לאורך הדורות)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 שמראה סדר אירועים לפי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חמש שאלות מתוך בנק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לתרגל את הראיון עם 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זמן לראיון עם בן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השאלות ולהקשיב לתשובות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חפץ אמיתי או מדומיין עם פרט אחד לפחות על הסיפור שלו ועל בן המשפחה שסיפר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מנהגים/סיפורים שעוברים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ללמוד על העבר והסיפור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משפחה מראה קשרי משפחה, ציר זמן מראה סדר אירועים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בהצגת חפץ אישי כדי לעודד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לשלב שאלות ותשובות בשפת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לתרגול בזוגות לפני הראיון האמיתי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משפחתית וראיון עם בן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מושגים על מורשת משפחתית ונלמד איך מכינים ראיון עם בן משפחה מבוגר, כהכנה לפרויקט המסע של המשפחה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ראיון  ·  אוצר  ·  מורשת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מורשת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מנהגים וסיפורים שעוברים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הופך חפץ רגיל ל'אוצר משפחתי'?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הסיפור שמאחוריו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שאלות בוחר כל ילד מתוך בנק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משפחה יש סיפור מורשת 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לראיין רק את סבא או סבתא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עץ משפחה מראה את בני המשפחה לאורך הדורות.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חפץ עם סיפור מיוחד למשפחה נקרא __________ משפחתי.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שיחה שמטרתה ללמוד על מישהו באמצעות שאלות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דברים שעוברים במשפחה מדור לדור נקראים __________ משפחתית.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 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ציור של בני המשפחה לאורך הדורות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מנהגים וסיפורים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 שמראה סדר אירועים לפי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שיחה עם שאלות כדי ללמוד על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לקבוע זמן לראיון עם בן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את השאלות ולהקשיב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לתרגל את הראיון עם חבר או חברה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חמש שאלות מתוך בנק השאלות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חפץ משפחתי שיש לו סיפור מיוחד – מה הוא, ומי סיפר לכם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מורשת משפחתית?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כדאי לראיין מבוגר מהמשפחה?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משפחתית וראיון עם בן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