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 משפחתית וראיון עם בן משפחה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מהם שורש משפחתי ומורשת 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להתאמן בבניית שאלות לראיון עם מבוגר מהמשפחה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לסיפור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מנהגים וסיפורים שעוברים במשפחה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הסיפור שמאחוריו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כל מבוגר קרוב במשפחה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מתכונים ושירים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בשיעור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משפחה שונה ומיוחדת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מותר לראיין כל מבוגר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בדיוק המטרה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להשתמש בו גם לדורות במשפחה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של 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(מנהגים וסיפורים שעוברים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(שיחה עם שאלות כדי ללמוד על 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(ציור של בני המשפחה לאורך הדורות)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(קו שמראה סדר אירועים לפי שנים)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(חפץ עם סיפור חשוב למשפחה)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חמש שאלות מתוך בנק השאלות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לתרגל את הראיון עם חבר או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לקבוע זמן לראיון עם בן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לשאול את השאלות ולהקשיב לתשובות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לספר בכיתה מה למדו מהראיון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חפץ אמיתי או מדומיין עם פרט אחד לפחות על הסיפור שלו ועל בן המשפחה שסיפר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 שאלות ברורות הקשורות לילדות, מנהגים או מקומות שהמשפחה חיה בהם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מנהגים/סיפורים שעוברים בין 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ללמוד על העבר והסיפור המשפחתי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עץ משפחה מראה קשרי משפחה, ציר זמן מראה סדר אירועים בזמן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בהצגת חפץ אישי כדי לעודד 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עולים לשלב שאלות ותשובות בשפת 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זמן לתרגול בזוגות לפני הראיון האמיתי בבית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 משפחתית וראיון עם בן משפחה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מושגים על מורשת משפחתית ונלמד איך מכינים ראיון עם בן משפחה מבוגר, כהכנה לפרויקט המסע של המשפחה שלי.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מורשת משפחתית?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מנהגים וסיפורים שעוברים במשפחה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מחשב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מקצוע בלימודים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הופך חפץ רגיל ל'אוצר משפחתי'?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המחיר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הסיפור שמאחוריו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הצבע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הגודל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את מי אפשר לראיין לפרויקט המסע המשפחתי?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סבא או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מבוגר קרוב במשפחה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אח או אחות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שאלות בוחר כל ילד מתוך בנק השאלות?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אפשר למצוא במנהגים משפחתיים?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מתכונים ושירים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מבחנים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כללי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מתקיימת התערוכה של הפרויקט?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בשיעור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בשיעור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בשיעור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בשיעור 1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משפחה יש סיפור מורשת שונה.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לראיין רק את סבא או סבתא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עץ משפחה מראה את בני המשפחה לאורך הדורות.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 זמן הוא רק בשיעורי חשבון ואין לו קשר למשפחה.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הוא שיחה שבה שואלים שאלות כדי ללמוד על מישהו.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חפץ עם סיפור מיוחד למשפחה נקרא __________ משפחתי.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שיחה שמטרתה ללמוד על מישהו באמצעות שאלות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דברים שעוברים במשפחה מדור לדור נקראים __________ משפחתית.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ציור שמראה את בני המשפחה בדורות שונים נקרא __________ 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קבוצת אנשים שחיה באותה תקופה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מורשת משפחתית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שיחה עם שאלות כדי ללמוד על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חפץ עם סיפור חשוב למשפחה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עץ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 שמראה סדר אירועים לפי 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ציר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ציור של בני המשפחה לאורך הדורות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אוצר משפחתי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מנהגים וסיפורים שעוברים מדור לדור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את השאלות ולהקשיב לתשובות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בכיתה מה למדו מהראיון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חמש שאלות מתוך בנק השאלות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לקבוע זמן לראיון עם בן המשפחה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לתרגל את הראיון עם חבר או חברה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חפץ משפחתי שיש לו סיפור מיוחד – מה הוא, ומי סיפר לכם עליו.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שאלות שהייתם שואלים מבוגר מהמשפחה על העבר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מורשת משפחתית?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לראיין מבוגר מהמשפחה?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עץ משפחה לציר זמן?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מורשת משפחתית וראיון עם בן משפחה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